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C424F" w14:textId="77777777" w:rsidR="001614F0" w:rsidRDefault="001614F0">
      <w:pPr>
        <w:pStyle w:val="Heading1"/>
      </w:pPr>
      <w:r>
        <w:rPr>
          <w:noProof/>
        </w:rPr>
        <w:drawing>
          <wp:inline distT="0" distB="0" distL="0" distR="0" wp14:anchorId="56DA2608" wp14:editId="03DCD4F3">
            <wp:extent cx="4006850" cy="876300"/>
            <wp:effectExtent l="0" t="0" r="0" b="0"/>
            <wp:docPr id="14229654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06850" cy="876300"/>
                    </a:xfrm>
                    <a:prstGeom prst="rect">
                      <a:avLst/>
                    </a:prstGeom>
                    <a:noFill/>
                    <a:ln>
                      <a:noFill/>
                    </a:ln>
                  </pic:spPr>
                </pic:pic>
              </a:graphicData>
            </a:graphic>
          </wp:inline>
        </w:drawing>
      </w:r>
    </w:p>
    <w:p w14:paraId="0A330B34" w14:textId="012A9254" w:rsidR="00F17856" w:rsidRDefault="00673A1C">
      <w:pPr>
        <w:pStyle w:val="Heading1"/>
      </w:pPr>
      <w:r>
        <w:t>General Leadership Meeting Minutes</w:t>
      </w:r>
    </w:p>
    <w:p w14:paraId="634170DA" w14:textId="77777777" w:rsidR="00F17856" w:rsidRDefault="00673A1C">
      <w:r>
        <w:rPr>
          <w:b/>
        </w:rPr>
        <w:t xml:space="preserve">Meeting: </w:t>
      </w:r>
      <w:r>
        <w:t>General Leadership</w:t>
      </w:r>
      <w:r>
        <w:br/>
      </w:r>
      <w:r>
        <w:rPr>
          <w:b/>
        </w:rPr>
        <w:t xml:space="preserve">Date: </w:t>
      </w:r>
      <w:r>
        <w:t>January 15, 2026</w:t>
      </w:r>
      <w:r>
        <w:br/>
      </w:r>
      <w:r>
        <w:rPr>
          <w:b/>
        </w:rPr>
        <w:t xml:space="preserve">Location: </w:t>
      </w:r>
      <w:r>
        <w:t>Church (in person)</w:t>
      </w:r>
      <w:r>
        <w:br/>
      </w:r>
      <w:r>
        <w:rPr>
          <w:b/>
        </w:rPr>
        <w:t xml:space="preserve">Purpose: </w:t>
      </w:r>
      <w:r>
        <w:t>Regular General Leadership meeting</w:t>
      </w:r>
      <w:r>
        <w:br/>
      </w:r>
      <w:r>
        <w:br/>
      </w:r>
    </w:p>
    <w:p w14:paraId="6093466B" w14:textId="77777777" w:rsidR="00F17856" w:rsidRDefault="00673A1C">
      <w:r>
        <w:rPr>
          <w:b/>
        </w:rPr>
        <w:t>Attendees:</w:t>
      </w:r>
    </w:p>
    <w:p w14:paraId="0D014DF1" w14:textId="77777777" w:rsidR="00F17856" w:rsidRDefault="00673A1C">
      <w:r>
        <w:t>Antoinette Christmas, Artie Pinori, Bruce Kuziola, Elsa Mortensen, Jerry Phillips, Jill Morrow, Joy Labelle, Khalil Farid, Laurene Cholish, Merline Mayers, Nick Offei, Pastor Janice, Rael Fuertes, Sallie Trainor, Sandra Ruoff, Sophia Joseph</w:t>
      </w:r>
    </w:p>
    <w:p w14:paraId="0617CC94" w14:textId="77777777" w:rsidR="00F17856" w:rsidRDefault="00673A1C">
      <w:pPr>
        <w:pStyle w:val="Heading2"/>
      </w:pPr>
      <w:r>
        <w:t>1. Extended Ministry and Missions</w:t>
      </w:r>
    </w:p>
    <w:p w14:paraId="5A0FFBD1" w14:textId="77777777" w:rsidR="00F17856" w:rsidRDefault="00673A1C">
      <w:pPr>
        <w:pStyle w:val="Heading3"/>
      </w:pPr>
      <w:r>
        <w:t>a. Upcoming Extension of Ministry Events</w:t>
      </w:r>
    </w:p>
    <w:p w14:paraId="323C67A7" w14:textId="77777777" w:rsidR="00F17856" w:rsidRDefault="00673A1C">
      <w:r>
        <w:t>- All Extension of Ministry events must be submitted to the church office.</w:t>
      </w:r>
    </w:p>
    <w:p w14:paraId="52614CA1" w14:textId="77777777" w:rsidR="00F17856" w:rsidRDefault="00673A1C">
      <w:r>
        <w:t>- Approved events must be placed on the official church calendar.</w:t>
      </w:r>
    </w:p>
    <w:p w14:paraId="79C5A9F5" w14:textId="77777777" w:rsidR="00F17856" w:rsidRDefault="00673A1C">
      <w:pPr>
        <w:pStyle w:val="Heading3"/>
      </w:pPr>
      <w:r>
        <w:t>b. Lent Planning Preview</w:t>
      </w:r>
    </w:p>
    <w:p w14:paraId="2F16044E" w14:textId="77777777" w:rsidR="00F17856" w:rsidRDefault="00673A1C">
      <w:r>
        <w:t>- The Pastor provided an overview of Lent planning.</w:t>
      </w:r>
    </w:p>
    <w:p w14:paraId="7AAFF82D" w14:textId="77777777" w:rsidR="00F17856" w:rsidRDefault="00673A1C">
      <w:r>
        <w:t>- Ash Wednesday services were agreed upon for 1:00 PM and 7:00 PM.</w:t>
      </w:r>
    </w:p>
    <w:p w14:paraId="4BD0E05D" w14:textId="77777777" w:rsidR="00F17856" w:rsidRDefault="00673A1C">
      <w:r>
        <w:t>- Action Item: Pastor to contact the township to request inclusion of Ash Wednesday services in the township email blast.</w:t>
      </w:r>
    </w:p>
    <w:p w14:paraId="273C401B" w14:textId="77777777" w:rsidR="00F17856" w:rsidRDefault="00673A1C">
      <w:pPr>
        <w:pStyle w:val="Heading3"/>
      </w:pPr>
      <w:r>
        <w:t>c. Missions Report</w:t>
      </w:r>
    </w:p>
    <w:p w14:paraId="4D740A00" w14:textId="77777777" w:rsidR="00F17856" w:rsidRDefault="00673A1C">
      <w:r>
        <w:t>- Laurene provided an update on missions activities.</w:t>
      </w:r>
    </w:p>
    <w:p w14:paraId="77B072B2" w14:textId="77777777" w:rsidR="00F17856" w:rsidRDefault="00673A1C">
      <w:r>
        <w:t>- The Angel Tree party was reported as one of the best held to date, with families very appreciative of the event.</w:t>
      </w:r>
    </w:p>
    <w:p w14:paraId="472D088E" w14:textId="77777777" w:rsidR="00F17856" w:rsidRDefault="00673A1C">
      <w:pPr>
        <w:pStyle w:val="Heading3"/>
      </w:pPr>
      <w:r>
        <w:t>d. Rummage Sale Coordination</w:t>
      </w:r>
    </w:p>
    <w:p w14:paraId="25AE0D06" w14:textId="77777777" w:rsidR="00F17856" w:rsidRDefault="00673A1C">
      <w:r>
        <w:t>- Action Item: Contact Lana to confirm the rummage sale date to coordinate with other events, including the Girl Scouts’ spaghetti dinner.</w:t>
      </w:r>
    </w:p>
    <w:p w14:paraId="21366610" w14:textId="77777777" w:rsidR="00F17856" w:rsidRDefault="00673A1C">
      <w:pPr>
        <w:pStyle w:val="Heading3"/>
      </w:pPr>
      <w:r>
        <w:lastRenderedPageBreak/>
        <w:t>e. Wellness Day Event Publicity</w:t>
      </w:r>
    </w:p>
    <w:p w14:paraId="3EF64735" w14:textId="77777777" w:rsidR="00F17856" w:rsidRDefault="00673A1C">
      <w:r>
        <w:t>- Action Item: Send email invitations to previous Advent Branches participants and announce the event through church publicity channels in advance of ticket sales.</w:t>
      </w:r>
    </w:p>
    <w:p w14:paraId="09169C77" w14:textId="77777777" w:rsidR="00F17856" w:rsidRDefault="00673A1C">
      <w:pPr>
        <w:pStyle w:val="Heading3"/>
      </w:pPr>
      <w:r>
        <w:t>f. Event Calendar Updates</w:t>
      </w:r>
    </w:p>
    <w:p w14:paraId="437D3D66" w14:textId="77777777" w:rsidR="00F17856" w:rsidRDefault="00673A1C">
      <w:r>
        <w:t>- Action Item: Update the church calendar with Wellness Day details including time, rooms used, and ticket information.</w:t>
      </w:r>
    </w:p>
    <w:p w14:paraId="36A9466D" w14:textId="77777777" w:rsidR="00F17856" w:rsidRDefault="00673A1C">
      <w:pPr>
        <w:pStyle w:val="Heading2"/>
      </w:pPr>
      <w:r>
        <w:t>2. Business</w:t>
      </w:r>
    </w:p>
    <w:p w14:paraId="16FF8B4F" w14:textId="77777777" w:rsidR="00F17856" w:rsidRDefault="00673A1C">
      <w:pPr>
        <w:pStyle w:val="Heading3"/>
      </w:pPr>
      <w:r>
        <w:t>a. General Leadership Bylaws</w:t>
      </w:r>
    </w:p>
    <w:p w14:paraId="649002A7" w14:textId="77777777" w:rsidR="00F17856" w:rsidRDefault="00673A1C">
      <w:r>
        <w:t>- A brief overview of the General Leadership bylaws was presented.</w:t>
      </w:r>
    </w:p>
    <w:p w14:paraId="03C2C046" w14:textId="42556665" w:rsidR="00F17856" w:rsidRDefault="00673A1C">
      <w:r>
        <w:t>- Action Item: Khalil to resend the CUMC Leadership Council Guiding Principles</w:t>
      </w:r>
      <w:r w:rsidR="007A704C">
        <w:t xml:space="preserve"> (red lines throughout document)</w:t>
      </w:r>
      <w:r>
        <w:t>.</w:t>
      </w:r>
    </w:p>
    <w:p w14:paraId="6156FDB7" w14:textId="77777777" w:rsidR="00F17856" w:rsidRDefault="00673A1C">
      <w:pPr>
        <w:pStyle w:val="Heading3"/>
      </w:pPr>
      <w:r>
        <w:t>b. Election of Officers</w:t>
      </w:r>
    </w:p>
    <w:p w14:paraId="61504FD6" w14:textId="77777777" w:rsidR="00F17856" w:rsidRDefault="00673A1C">
      <w:r>
        <w:t>- Board Chair: Artie Pinori</w:t>
      </w:r>
    </w:p>
    <w:p w14:paraId="6113B655" w14:textId="77777777" w:rsidR="00F17856" w:rsidRDefault="00673A1C">
      <w:r>
        <w:t>- Vice Chair: Sophia Joseph</w:t>
      </w:r>
    </w:p>
    <w:p w14:paraId="4C46C2CE" w14:textId="77777777" w:rsidR="00F17856" w:rsidRDefault="00673A1C">
      <w:pPr>
        <w:pStyle w:val="Heading2"/>
      </w:pPr>
      <w:r>
        <w:t>3. Finances</w:t>
      </w:r>
    </w:p>
    <w:p w14:paraId="51AC3034" w14:textId="77777777" w:rsidR="00F17856" w:rsidRDefault="00673A1C">
      <w:pPr>
        <w:pStyle w:val="Heading3"/>
      </w:pPr>
      <w:r>
        <w:t>a. End of 2025 Financial Overview</w:t>
      </w:r>
    </w:p>
    <w:p w14:paraId="55C20CC9" w14:textId="77777777" w:rsidR="00F17856" w:rsidRDefault="00673A1C">
      <w:r>
        <w:t>- Bruce reviewed the end-of-year financials and noted a $20,000 surplus.</w:t>
      </w:r>
    </w:p>
    <w:p w14:paraId="10716951" w14:textId="77777777" w:rsidR="00F17856" w:rsidRDefault="00673A1C">
      <w:pPr>
        <w:pStyle w:val="Heading3"/>
      </w:pPr>
      <w:r>
        <w:t>b. Quarterly Financial Reports</w:t>
      </w:r>
    </w:p>
    <w:p w14:paraId="69E20A49" w14:textId="77777777" w:rsidR="00F17856" w:rsidRDefault="00673A1C">
      <w:r>
        <w:t>- The Pastor reviewed quarterly financial reporting expectations.</w:t>
      </w:r>
    </w:p>
    <w:p w14:paraId="1FB185C3" w14:textId="77777777" w:rsidR="00F17856" w:rsidRDefault="00673A1C">
      <w:pPr>
        <w:pStyle w:val="Heading3"/>
      </w:pPr>
      <w:r>
        <w:t>c. Event Financial Reports</w:t>
      </w:r>
    </w:p>
    <w:p w14:paraId="78654B40" w14:textId="1BB4622D" w:rsidR="00F17856" w:rsidRDefault="00673A1C">
      <w:r>
        <w:t xml:space="preserve">- </w:t>
      </w:r>
      <w:r w:rsidR="007A704C" w:rsidRPr="007A704C">
        <w:t>A request was made for timely submission of financial reports following church events</w:t>
      </w:r>
      <w:r>
        <w:t>.</w:t>
      </w:r>
    </w:p>
    <w:p w14:paraId="6104C60B" w14:textId="77777777" w:rsidR="00F17856" w:rsidRDefault="00673A1C">
      <w:r>
        <w:t>- Action Item: Identify someone to begin shadowing Sophia, as this is her final year serving on SPRC and she leads conference reporting.</w:t>
      </w:r>
    </w:p>
    <w:p w14:paraId="0F2E6E23" w14:textId="77777777" w:rsidR="00F17856" w:rsidRDefault="00673A1C">
      <w:pPr>
        <w:pStyle w:val="Heading3"/>
      </w:pPr>
      <w:r>
        <w:t>e. Financial System Migration</w:t>
      </w:r>
    </w:p>
    <w:p w14:paraId="0343FBE7" w14:textId="77777777" w:rsidR="00F17856" w:rsidRDefault="00673A1C">
      <w:r>
        <w:t>- Action Item: Export financial and membership data and coordinate with One Church for system migration, ensuring data accuracy and cleanup.</w:t>
      </w:r>
    </w:p>
    <w:p w14:paraId="62236F75" w14:textId="77777777" w:rsidR="00F17856" w:rsidRDefault="00673A1C">
      <w:r>
        <w:t>- Action Item: Enable multi-factor authentication (MFA) for all users accessing the One Church system.</w:t>
      </w:r>
    </w:p>
    <w:p w14:paraId="0477D199" w14:textId="77777777" w:rsidR="00F17856" w:rsidRDefault="00673A1C">
      <w:pPr>
        <w:pStyle w:val="Heading3"/>
      </w:pPr>
      <w:r>
        <w:t>f. Counting Team Expansion</w:t>
      </w:r>
    </w:p>
    <w:p w14:paraId="03B088E4" w14:textId="77777777" w:rsidR="00F17856" w:rsidRDefault="00673A1C">
      <w:r>
        <w:t>- Action Item: Recruit additional volunteers to assist with counting teams and improve weekly offering count cadence.</w:t>
      </w:r>
    </w:p>
    <w:p w14:paraId="2680500C" w14:textId="77777777" w:rsidR="00F17856" w:rsidRDefault="00673A1C">
      <w:pPr>
        <w:pStyle w:val="Heading2"/>
      </w:pPr>
      <w:r>
        <w:lastRenderedPageBreak/>
        <w:t>4. Trustees</w:t>
      </w:r>
    </w:p>
    <w:p w14:paraId="238B9F33" w14:textId="77777777" w:rsidR="00F17856" w:rsidRDefault="00673A1C">
      <w:pPr>
        <w:pStyle w:val="Heading3"/>
      </w:pPr>
      <w:r>
        <w:t>a. Building Use Schedule and Fees</w:t>
      </w:r>
    </w:p>
    <w:p w14:paraId="3E671BE7" w14:textId="77777777" w:rsidR="00F17856" w:rsidRDefault="00673A1C">
      <w:r>
        <w:t>- The building use schedule was reviewed.</w:t>
      </w:r>
    </w:p>
    <w:p w14:paraId="14A6457C" w14:textId="77777777" w:rsidR="00F17856" w:rsidRDefault="00673A1C">
      <w:r>
        <w:t>- The shared building use spreadsheet contained errors and will be corrected and resent by Khalil, including the piano tuning fee.</w:t>
      </w:r>
    </w:p>
    <w:p w14:paraId="49C47459" w14:textId="2F0157D1" w:rsidR="00F17856" w:rsidRDefault="00673A1C">
      <w:r>
        <w:t xml:space="preserve">- </w:t>
      </w:r>
      <w:r w:rsidR="007A704C">
        <w:t xml:space="preserve">IE; </w:t>
      </w:r>
      <w:r>
        <w:t>The construction company agreement is $1,350 per month, not $12,000.</w:t>
      </w:r>
    </w:p>
    <w:p w14:paraId="10B04D0E" w14:textId="77777777" w:rsidR="00F17856" w:rsidRDefault="00673A1C">
      <w:r>
        <w:t>- Action Item: Finalize the construction company agreement for parking lot rental.</w:t>
      </w:r>
    </w:p>
    <w:p w14:paraId="5688D9F1" w14:textId="77777777" w:rsidR="00F17856" w:rsidRDefault="00673A1C">
      <w:r>
        <w:t>- Action Item: Finalize additional garbage pickup and related contracts.</w:t>
      </w:r>
    </w:p>
    <w:p w14:paraId="5B1DD3CE" w14:textId="77777777" w:rsidR="00F17856" w:rsidRDefault="00673A1C">
      <w:r>
        <w:t>- For building use or safety concerns, email office@christumcpiscataway.com.</w:t>
      </w:r>
    </w:p>
    <w:p w14:paraId="22537D33" w14:textId="77777777" w:rsidR="00F17856" w:rsidRDefault="00673A1C">
      <w:r>
        <w:t>- For urgent matters, contact the appropriate individual directly.</w:t>
      </w:r>
    </w:p>
    <w:p w14:paraId="77F6CE90" w14:textId="77777777" w:rsidR="00F17856" w:rsidRDefault="00673A1C">
      <w:pPr>
        <w:pStyle w:val="Heading2"/>
      </w:pPr>
      <w:r>
        <w:t>5. Executive Session</w:t>
      </w:r>
    </w:p>
    <w:p w14:paraId="525F5DA0" w14:textId="77777777" w:rsidR="00F17856" w:rsidRDefault="00673A1C">
      <w:r>
        <w:t>- The meeting concluded with an Executive Session.</w:t>
      </w:r>
    </w:p>
    <w:p w14:paraId="2F97B1F2" w14:textId="77777777" w:rsidR="00F17856" w:rsidRDefault="00673A1C">
      <w:r>
        <w:br/>
        <w:t>Minutes prepared by Artie Pinori.</w:t>
      </w:r>
    </w:p>
    <w:sectPr w:rsidR="00F1785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29393484">
    <w:abstractNumId w:val="8"/>
  </w:num>
  <w:num w:numId="2" w16cid:durableId="321088600">
    <w:abstractNumId w:val="6"/>
  </w:num>
  <w:num w:numId="3" w16cid:durableId="1094672173">
    <w:abstractNumId w:val="5"/>
  </w:num>
  <w:num w:numId="4" w16cid:durableId="1985158310">
    <w:abstractNumId w:val="4"/>
  </w:num>
  <w:num w:numId="5" w16cid:durableId="1544513703">
    <w:abstractNumId w:val="7"/>
  </w:num>
  <w:num w:numId="6" w16cid:durableId="1854950932">
    <w:abstractNumId w:val="3"/>
  </w:num>
  <w:num w:numId="7" w16cid:durableId="1038162665">
    <w:abstractNumId w:val="2"/>
  </w:num>
  <w:num w:numId="8" w16cid:durableId="354230848">
    <w:abstractNumId w:val="1"/>
  </w:num>
  <w:num w:numId="9" w16cid:durableId="7149366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614F0"/>
    <w:rsid w:val="0029639D"/>
    <w:rsid w:val="00326F90"/>
    <w:rsid w:val="005C41CA"/>
    <w:rsid w:val="00673A1C"/>
    <w:rsid w:val="006D7C46"/>
    <w:rsid w:val="007A704C"/>
    <w:rsid w:val="00AA1D8D"/>
    <w:rsid w:val="00B47730"/>
    <w:rsid w:val="00CB0664"/>
    <w:rsid w:val="00F1785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8E64AA"/>
  <w14:defaultImageDpi w14:val="300"/>
  <w15:docId w15:val="{D1C33176-76DD-40F4-9ACC-D743E8496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529</Words>
  <Characters>2954</Characters>
  <Application>Microsoft Office Word</Application>
  <DocSecurity>0</DocSecurity>
  <Lines>75</Lines>
  <Paragraphs>62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Pastor</cp:lastModifiedBy>
  <cp:revision>4</cp:revision>
  <cp:lastPrinted>2026-03-12T13:45:00Z</cp:lastPrinted>
  <dcterms:created xsi:type="dcterms:W3CDTF">2026-01-18T21:18:00Z</dcterms:created>
  <dcterms:modified xsi:type="dcterms:W3CDTF">2026-03-12T13:45:00Z</dcterms:modified>
  <cp:category/>
</cp:coreProperties>
</file>